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שיעור הסיכום: תערוכה, הצגות, חידון וחגיגה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ששת הערוצים של מודל החוסן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 אישי של המסע ושל הערכים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סיור בתערוכה עם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בחומרים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בתחרות הכיתה נגד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הערוץ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(תנועה ופעילות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(ידע ולמידה)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(ערכים ותקווה)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 בתערוכה - גלריה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הצגות קצרות של חפצים משפחתיים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חידון המסע הגדול - הכיתה נגד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חגיגת סיום עם תגים ושיר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החפץ, קשר למשפחה, רגש או מחשבה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של החפץ או הפרויקט שהוצג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ערך אחד מתוך המסע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כן של רגש אחד מהחגיגה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הכינו מראש את תגי הסיום המודפסים ואת לוח המסע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ההצגות לקבוצות קטנות כדי לחסוך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כתיבת מחמאות חיוביות וקצרות בגלריה השקטה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האחרון של המסע מציגים התלמידים את פרויקט המשפחה שלהם, חוגגים יחד ומסכמים מה למדו לאורך כל התחנות שעברו.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דקה  ·  גלריה  ·  מסע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בפתיחת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סיור בתערוכה עם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הפסקה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מוקדש להצגות הקצרות?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התערוכה מציגה חפצים ועבודות של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בחידון המסע הגדול מתחרים התלמידים רק נגד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השיעור עורכים __________ שקטה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ילד מציג את החפץ שלו במשך 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החידון המסכם נקרא חידון ה__________ הגדול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הערוץ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ידע ולמידה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ערכים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תנועה ופעילות גופנית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הבעת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חגיגת סיום עם תגים ושיר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סיור בתערוכה - גלריה שקטה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הצגות קצרות של חפצים משפחתיים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חידון המסע הגדול - הכיתה נגד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החפץ המשפחתי שהצגתם ומה הוא מספר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הצגתי בתערוכה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ערך מהמסע הכי זכרתי?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תחנת הבית – תערוכה וחגיגת סיום המסע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