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הבית – תערוכה וחגיגת סיום המסע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שיעור הסיכום: תערוכה, הצגות, חידון וחגיגה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ששת הערוצים של מודל החוסן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סיכום אישי של המסע ושל הערכים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סיור בתערוכה עם 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שיעור על מר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בחומרים לשיעור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בתחרות הכיתה נגד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תחנת הבית שחוזרת לנקודת ההתחלה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ההתאמה היא הצגה דו-לשונית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הערוץ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(תנועה ופעילות גופנית)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(ידע ולמידה)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(הבעת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(ערכים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(קשרים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(יצירתיות ודמיון)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סיור בתערוכה - גלריה שקטה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הצגות קצרות של חפצים משפחתיים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חידון המסע הגדול - הכיתה נגד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חגיגת סיום עם תגים ושיר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 וכתיבת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החפץ, קשר למשפחה, רגש או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ערך אחד מתוך המסע (כבוד, משפחה, חוסן וכדומה)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קצר של החפץ או הפרויקט שהוצג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ערך אחד מתוך המסע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כן של רגש אחד מהחגיגה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הכינו מראש את תגי הסיום המודפסים ואת לוח המסע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ההצגות לקבוצות קטנות כדי לחסוך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עודדו כתיבת מחמאות חיוביות וקצרות בגלריה השקטה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תחנת הבית – תערוכה וחגיגת סיום המסע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השיעור האחרון במסע. מציגים עבודה על המשפחה, חוגגים ביחד וכותבים מה למדנו.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מציגים עבודות וחפצים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גלריה שקטה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העבודות ורושמים מחמאה בלי לדבר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שעוזר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 של ששת הערוצים שלמדנו במסע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והסתכלות אחורה על מה שלמדנו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קצר שכותבים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בהתחלת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סיור בתערוכה עם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הפסקה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יש להצגות?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מי מתחרים בחידון?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שיעור למדנו לחגוג?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על מר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על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על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על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חלקים יש במודל החוסן?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התערוכה מציגה חפצים ועבודות של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המסע הגדול מתחרים התלמידים רק נגד 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8 סוגר מעגל עם תחנה 1 של 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חדשים מציגים את הפרויקט רק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השיעור עורכים __________ שקטה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ילד מציג את החפץ שלו במשך __________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החידון המסכם נקרא חידון ה__________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בחגיגת הסיום לומדים לחגוג כמו ב"מר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השיעור כותבים 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הערוץ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יצירתיות ודמיון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קשרים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ערכים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ופעילות גופנית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הבעת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ידע ולמידה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וכתיבת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המסע הגדול - הכיתה נגד המורה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חגיגת סיום עם תגים ושיר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סיור בתערוכה - גלריה שקטה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הצגות קצרות של חפצים משפחתיים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החפץ המשפחתי שהצגתם ומה הוא מספר על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הערך החשוב ביותר שלמדתם במהלך כל המסע?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הצגתי בתערוכה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מהמסע הכי זכרתי?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הרגשתי בחגיגת הסיום?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תחנת הבית – תערוכה וחגיגת סיום המסע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