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תחנת הבית – תערוכה וחגיגת סיום המסע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שיעור הסיכום: תערוכה, הצגות, חידון וחגיגה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ששת הערוצים של מודל החוסן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סיכום אישי של המסע ושל הערכים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סיור בתערוכה עם מחמאות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שיעור על מר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בחומרים לשיעור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מדובר בתחרות הכיתה נגד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תחנת הבית שחוזרת לנקודת ההתחלה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ההתאמה היא הצגה דו-לשונית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הערוץ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(תנועה ופעילות גופנית)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(ידע ולמידה)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(הבעת 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(ערכים ותקווה)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(קשרים עם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(יצירתיות ודמיון)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סיור בתערוכה - גלריה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הצגות קצרות של חפצים משפחתיים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חידון המסע הגדול - הכיתה נגד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חגיגת סיום עם תגים ושיר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רפלקציה וכתיבת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החפץ, קשר למשפחה, רגש או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ציון ערך אחד מתוך המסע (כבוד, משפחה, חוסן וכדומה)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קצר של החפץ או הפרויקט שהוצג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ערך אחד מתוך המסע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כן של רגש אחד מהחגיגה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הכינו מראש את תגי הסיום המודפסים ואת לוח המסע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ההצגות לקבוצות קטנות כדי לחסוך בזמן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עודדו כתיבת מחמאות חיוביות וקצרות בגלריה השקטה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תחנת הבית – תערוכה וחגיגת סיום המסע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האחרון של המסע מציגים התלמידים את פרויקט המשפחה שלהם, חוגגים יחד ומסכמים מה למדו לאורך כל התחנות שעברו.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בפתיחת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סיור בתערוכה עם מחמאות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הפסקה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מוקדש להצגות הקצרות?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מול מי מתחרה הכיתה בחידון המסע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כיתה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שיעור קודם נותן השראה לחגיגת הסיום?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על מר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שיעור על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על 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על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ערוצים יש במודל גש״ר מאח״ד?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התערוכה מציגה חפצים ועבודות של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בחידון המסע הגדול מתחרים התלמידים רק נגד עצמם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8 סוגר מעגל עם תחנה 1 של המסע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חדשים מציגים את הפרויקט רק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בפתיחת השיעור עורכים __________ שקטה בתערוכה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ילד מציג את החפץ שלו במשך __________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החידון המסכם נקרא חידון ה__________ הגדול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בחגיגת הסיום לומדים לחגוג כמו ב"מר 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השיעור כותבים כרטיס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הערוץ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ערכים ותקווה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ידע ולמידה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יצירתיות ודמיון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הבעת רגשות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תנועה ופעילות גופנית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קשרים עם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וכתיבת 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סיור בתערוכה - גלריה שקטה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הצגות קצרות של חפצים משפחתיים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חידון המסע הגדול - הכיתה נגד המורה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חגיגת סיום עם תגים ושיר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החפץ המשפחתי שהצגתם ומה הוא מספר על המשפחה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הערך החשוב ביותר שלמדתם במהלך כל המסע? הסבירו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הצגתי בתערוכה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מהמסע הכי זכרתי?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הרגשתי בחגיגת הסיום?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תחנת הבית – תערוכה וחגיגת סיום המסע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